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 – הכנה למשימות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המשימות השונות בפרויקט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ריאיון ומושגים הקשורים לעץ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סיפור על חפץ משפחתי ולסיסמה לפוסטר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כותרת, סיסמה ו-3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תמונה או ציור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להראות קשרי משפחה 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הצבע במרכז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העבודה נשמרת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מראיינים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משימות בצבע ירוק, צהוב ואדום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תבנית פשוטה לעץ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(יצירת פוסטר עם כותרת וסיסמה)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(ריאיון עם 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(תמונה או ציור וסיפור)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(מילוי תבנית פשוטה)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(בחירת משימות לפי צבעים)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הכנה לריאיון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אישיות, יש לבדוק שהשאלות ברורות ורלוונטיות למורשת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תיאור החפץ וסיפור קצר הקשור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סיסמה לפוסטר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וקולע הקשור למורשת או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קצרה המתארת את נושא המורשת המשפחתית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ריאיון הוא שיחה עם שאלות, עץ משפחה הוא תרשים 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סיסמה ושלושה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החפץ וסיפור או זיכרון הקשור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בכיתה לתרגול שאלות ריאיון בזוגות לפני ביצוע המשימה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דוגמה לפוסטר מוצלח כדי להמחיש את הדרישות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 – הכנה למשימות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המיומנויות הדרושות למשימות באלבום המשפחה שלי - ריאיון, עץ משפחה, חפץ מספר ופוסטר קבוצתי.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במשימת הריאיון, את מי בדרך כלל מראיינים?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כולל פוסטר התערוכה הקבוצתי?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סיסמה ו-3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במשימת 'החפץ המספר' מה צריך להביא או לצייר?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או ציור עם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קשרי משפחה 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עצים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כתובות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בלוח הבחירה, איזה צבע מסמן משימת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בדף נשמרת אוטומטית אצל המורה דרך האינטרנט.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להגיש עבודה אפשר להראות למורה או לצלם מסך.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הריאיון עוסקת בראיון עם חבר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הבחירה מאפשר לבחור משימות לפי צבעים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המשפחה הוא משימה שאין לה תבנית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ה__________ מראיינים בן משפחה ושואלים אותו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הפוסטר הקבוצתי כולל כותרת, __________ ושלושה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החפץ המספר מביאים תמונה או __________ עם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מראה את הקשרים בין בני המשפחה בדורות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במרכז לוח הבחירה נמצאת משימת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משימה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תערוכת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או ציור וסיפור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המשימה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 פוסטר עם כותרת וסיסמה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החפץ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ריאיון עם בן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המשפחה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בחירת משימות לפי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מילוי תבנית פשוטה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הכנה לריאיון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שאלות שהייתם שואלים בן משפחה על ילדותו או על המורשת המשפחתית.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משפחתי (אמיתי או מדומיין) וכתבו 2-3 משפטים על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סיסמה לפוסטר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חברו סיסמה קצרה המתאימה לפוסטר על מורשת משפחתית.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כותרת אפשרית לתערוכת מורשת קבוצתית.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הריאיון למשימת 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 פוסטר התערוכה הקבוצתי?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לכלול בסיפור על חפץ 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אלבום המשפחה שלי – הכנה למשימות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