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אלבום המשפחה שלי – הכנה למשימות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המשימות השונות בפרויקט המשפחה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שאלות ריאיון ומושגים הקשורים לעץ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לכתיבת סיפור על חפץ משפחתי ולסיסמה לפוסטר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המשימות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בן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כותרת, סיסמה ו-3 משפטים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העבודה נשמרת רק במכשיר של התלמיד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בעמוד המשימות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מראיינים בן משפחה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ריאיון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סיסמה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ציור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משימה לפעולה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(יצירת פוסטר עם כותרת וסיסמה)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(ריאיון עם בן משפחה)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(תמונה או ציור וסיפור)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(מילוי תבנית פשוטה)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הכנה לריאיון משפחתי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תשובות אישיות, יש לבדוק שהשאלות ברורות ורלוונטיות למורשת משפחתית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סיסמה לפוסטר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קצר וקולע הקשור למורשת או למשפחה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ריאיון הוא שיחה עם שאלות, עץ משפחה הוא תרשים קשרים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כותרת, סיסמה ושלושה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תיאור החפץ וסיפור או זיכרון הקשור אליו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להקדיש זמן בכיתה לתרגול שאלות ריאיון בזוגות לפני ביצוע המשימה בבית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להראות דוגמה לפוסטר מוצלח כדי להמחיש את הדרישות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הסעיפים המסומנים לתלמידים הזקוקים להתאמות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אלבום המשפחה שלי – הכנה למשימות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המיומנויות הדרושות למשימות באלבום המשפחה שלי - ריאיון, עץ משפחה, חפץ מספר ופוסטר קבוצתי.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ריאיון  ·  סיסמה  ·  ציור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במשימת הריאיון, את מי בדרך כלל מראיינים?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בן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שחקן כדורסל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מורה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כולל פוסטר התערוכה הקבוצתי?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תמונה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כותרת, סיסמה ו-3 משפטים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רשימת שמות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העבודה בדף נשמרת אוטומטית אצל המורה דרך האינטרנט.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כדי להגיש עבודה אפשר להראות למורה או לצלם מסך.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משימת הריאיון עוסקת בראיון עם חבר לכיתה.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במשימת ה__________ מראיינים בן משפחה ושואלים אותו שאלות.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הפוסטר הקבוצתי כולל כותרת, __________ ושלושה משפטים.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במשימת החפץ המספר מביאים תמונה או __________ עם סיפור.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משימה לפעולה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תערוכת מורשת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ריאיון עם בן משפחה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המשימה שלי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מילוי תבנית פשוטה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החפץ המספר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יצירת פוסטר עם כותרת וסיסמה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עץ המשפחה שלי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תמונה או ציור וסיפור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הכנה לריאיון משפחתי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3 שאלות שהייתם שואלים בן משפחה על ילדותו או על המורשת המשפחתית.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כתיבת סיסמה לפוסטר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חברו סיסמה קצרה המתאימה לפוסטר על מורשת משפחתית.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משימת הריאיון למשימת עץ המשפחה?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כולל פוסטר התערוכה הקבוצתי?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אלבום המשפחה שלי – הכנה למשימות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